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E5F67" w14:textId="77777777" w:rsidR="005B2A22" w:rsidRPr="00541A85" w:rsidRDefault="005B2A22" w:rsidP="00CC4326">
      <w:pPr>
        <w:spacing w:before="100" w:beforeAutospacing="1" w:after="100" w:afterAutospacing="1"/>
        <w:outlineLvl w:val="2"/>
        <w:rPr>
          <w:rFonts w:asciiTheme="majorHAnsi" w:eastAsia="Times New Roman" w:hAnsiTheme="majorHAnsi" w:cstheme="majorHAnsi"/>
          <w:b/>
          <w:bCs/>
          <w:lang w:val="nl-BE" w:eastAsia="nl-BE"/>
        </w:rPr>
      </w:pPr>
    </w:p>
    <w:p w14:paraId="08E3B957" w14:textId="77777777" w:rsidR="005B2A22" w:rsidRPr="007A3956" w:rsidRDefault="005B2A22" w:rsidP="005B2A22">
      <w:pPr>
        <w:rPr>
          <w:rFonts w:asciiTheme="majorHAnsi" w:hAnsiTheme="majorHAnsi" w:cstheme="majorHAnsi"/>
          <w:sz w:val="36"/>
          <w:szCs w:val="36"/>
          <w:lang w:val="nl-BE"/>
        </w:rPr>
      </w:pPr>
      <w:r w:rsidRPr="007A3956">
        <w:rPr>
          <w:rFonts w:asciiTheme="majorHAnsi" w:hAnsiTheme="majorHAnsi" w:cstheme="majorHAnsi"/>
          <w:sz w:val="36"/>
          <w:szCs w:val="36"/>
          <w:lang w:val="nl-BE"/>
        </w:rPr>
        <w:t>Interview Dieter Coppens #LaatZeLiggen2026 – ingekort</w:t>
      </w:r>
    </w:p>
    <w:p w14:paraId="690C47F3" w14:textId="491ADF2F" w:rsidR="005B2A22" w:rsidRPr="007A3956" w:rsidRDefault="005B2A22" w:rsidP="005B2A22">
      <w:pPr>
        <w:spacing w:after="160" w:line="259" w:lineRule="auto"/>
        <w:rPr>
          <w:rFonts w:asciiTheme="majorHAnsi" w:eastAsia="Times New Roman" w:hAnsiTheme="majorHAnsi" w:cstheme="majorHAnsi"/>
          <w:b/>
          <w:bCs/>
          <w:sz w:val="24"/>
          <w:szCs w:val="24"/>
          <w:lang w:val="nl-BE" w:eastAsia="nl-BE"/>
        </w:rPr>
      </w:pPr>
      <w:r w:rsidRPr="007A3956">
        <w:rPr>
          <w:rFonts w:asciiTheme="majorHAnsi" w:hAnsiTheme="majorHAnsi" w:cstheme="majorHAnsi"/>
          <w:sz w:val="32"/>
          <w:szCs w:val="32"/>
          <w:lang w:val="nl-BE"/>
        </w:rPr>
        <w:br/>
      </w:r>
      <w:r w:rsidRPr="007A3956">
        <w:rPr>
          <w:rFonts w:asciiTheme="majorHAnsi" w:hAnsiTheme="majorHAnsi" w:cstheme="majorHAnsi"/>
          <w:sz w:val="24"/>
          <w:szCs w:val="24"/>
          <w:lang w:val="nl-BE"/>
        </w:rPr>
        <w:t xml:space="preserve">(Opgelet: dit is de ingekorte tekst voor de steden en gemeenten die al voor 2026 deelnamen aan de campagne </w:t>
      </w:r>
      <w:r w:rsidR="00C275B4">
        <w:rPr>
          <w:rFonts w:asciiTheme="majorHAnsi" w:hAnsiTheme="majorHAnsi" w:cstheme="majorHAnsi"/>
          <w:sz w:val="24"/>
          <w:szCs w:val="24"/>
          <w:lang w:val="nl-BE"/>
        </w:rPr>
        <w:t>‘</w:t>
      </w:r>
      <w:r w:rsidRPr="007A3956">
        <w:rPr>
          <w:rFonts w:asciiTheme="majorHAnsi" w:hAnsiTheme="majorHAnsi" w:cstheme="majorHAnsi"/>
          <w:sz w:val="24"/>
          <w:szCs w:val="24"/>
          <w:lang w:val="nl-BE"/>
        </w:rPr>
        <w:t>#</w:t>
      </w:r>
      <w:proofErr w:type="spellStart"/>
      <w:r w:rsidRPr="007A3956">
        <w:rPr>
          <w:rFonts w:asciiTheme="majorHAnsi" w:hAnsiTheme="majorHAnsi" w:cstheme="majorHAnsi"/>
          <w:sz w:val="24"/>
          <w:szCs w:val="24"/>
          <w:lang w:val="nl-BE"/>
        </w:rPr>
        <w:t>LaatZeLiggen</w:t>
      </w:r>
      <w:proofErr w:type="spellEnd"/>
      <w:r w:rsidR="00C275B4">
        <w:rPr>
          <w:rFonts w:asciiTheme="majorHAnsi" w:hAnsiTheme="majorHAnsi" w:cstheme="majorHAnsi"/>
          <w:sz w:val="24"/>
          <w:szCs w:val="24"/>
          <w:lang w:val="nl-BE"/>
        </w:rPr>
        <w:t>’</w:t>
      </w:r>
      <w:r w:rsidRPr="007A3956">
        <w:rPr>
          <w:rFonts w:asciiTheme="majorHAnsi" w:hAnsiTheme="majorHAnsi" w:cstheme="majorHAnsi"/>
          <w:sz w:val="24"/>
          <w:szCs w:val="24"/>
          <w:lang w:val="nl-BE"/>
        </w:rPr>
        <w:t>. Link onderaan de tekst door naar het volledige interview op de website!)</w:t>
      </w:r>
    </w:p>
    <w:p w14:paraId="7AEAE504" w14:textId="6EBBA15B" w:rsidR="009F7F31" w:rsidRPr="007A3956" w:rsidRDefault="00CC4326">
      <w:pPr>
        <w:spacing w:before="160" w:after="80"/>
        <w:rPr>
          <w:rFonts w:asciiTheme="majorHAnsi" w:hAnsiTheme="majorHAnsi" w:cstheme="majorHAnsi"/>
          <w:b/>
          <w:lang w:val="nl-BE"/>
        </w:rPr>
      </w:pPr>
      <w:r w:rsidRPr="007A3956">
        <w:rPr>
          <w:rFonts w:asciiTheme="majorHAnsi" w:hAnsiTheme="majorHAnsi" w:cstheme="majorHAnsi"/>
          <w:b/>
          <w:lang w:val="nl-BE"/>
        </w:rPr>
        <w:br/>
      </w:r>
    </w:p>
    <w:p w14:paraId="126E116F" w14:textId="7CE28A91" w:rsidR="00CC4326" w:rsidRPr="007A3956" w:rsidRDefault="00CC4326" w:rsidP="00CC4326">
      <w:pPr>
        <w:rPr>
          <w:rFonts w:asciiTheme="majorHAnsi" w:hAnsiTheme="majorHAnsi" w:cstheme="majorHAnsi"/>
          <w:sz w:val="28"/>
          <w:szCs w:val="28"/>
          <w:lang w:val="nl-BE"/>
        </w:rPr>
      </w:pPr>
      <w:r w:rsidRPr="007A3956">
        <w:rPr>
          <w:rFonts w:asciiTheme="majorHAnsi" w:hAnsiTheme="majorHAnsi" w:cstheme="majorHAnsi"/>
          <w:b/>
          <w:bCs/>
          <w:sz w:val="28"/>
          <w:szCs w:val="28"/>
          <w:highlight w:val="yellow"/>
          <w:lang w:val="nl-BE"/>
        </w:rPr>
        <w:t>Suggesties voor titels (kies één uit)</w:t>
      </w:r>
      <w:r w:rsidRPr="007A3956">
        <w:rPr>
          <w:rFonts w:asciiTheme="majorHAnsi" w:hAnsiTheme="majorHAnsi" w:cstheme="majorHAnsi"/>
          <w:b/>
          <w:bCs/>
          <w:sz w:val="28"/>
          <w:szCs w:val="28"/>
          <w:lang w:val="nl-BE"/>
        </w:rPr>
        <w:br/>
      </w:r>
    </w:p>
    <w:p w14:paraId="2060BB13"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'Dieter Coppens deelt dé truc waardoor je tuin de volgende hittegolven wél overleeft'</w:t>
      </w:r>
    </w:p>
    <w:p w14:paraId="39F57BAE"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'Volgend jaar wéér zo’n hete zomer? Dieter Coppens toont hoe je tuin het vanzelf zal overleven'</w:t>
      </w:r>
    </w:p>
    <w:p w14:paraId="19968965"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‘Hittegolven? Ontdek hier door welke simpele truc de tuin van Dieter Coppens ze wél overleeft'</w:t>
      </w:r>
    </w:p>
    <w:p w14:paraId="3F21B099"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‘Volgend jaar wéér zo’n hete zomer? Met deze tips van Dieter Coppens overleeft je tuin het wél’</w:t>
      </w:r>
    </w:p>
    <w:p w14:paraId="0A80AD4F"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‘Hete zomers? Je tuinbodem bedekt houden is hét geheim’</w:t>
      </w:r>
    </w:p>
    <w:p w14:paraId="05856D5E"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‘Luier tuinieren is simpel: laat liggen wat je tuin sterker maakt’</w:t>
      </w:r>
    </w:p>
    <w:p w14:paraId="6AC1756E"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‘Wie zijn bodem beschermt, hoeft niet bang te zijn voor een uitgedroogde tuin’</w:t>
      </w:r>
    </w:p>
    <w:p w14:paraId="1AC2E557"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‘Ga lui tuinieren, laat de blaadjes liggen en maak van je tuin een spons’</w:t>
      </w:r>
    </w:p>
    <w:p w14:paraId="41E4EF0E" w14:textId="77777777"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‘Een bedekte bodem maakt je tuin vanzelf koeler’</w:t>
      </w:r>
    </w:p>
    <w:p w14:paraId="06B3CBA0" w14:textId="2D8C622B" w:rsidR="009F7F31" w:rsidRPr="007A3956" w:rsidRDefault="00000000" w:rsidP="00CC4326">
      <w:pPr>
        <w:pStyle w:val="Lijstalinea"/>
        <w:numPr>
          <w:ilvl w:val="0"/>
          <w:numId w:val="10"/>
        </w:numPr>
        <w:rPr>
          <w:rFonts w:asciiTheme="majorHAnsi" w:hAnsiTheme="majorHAnsi" w:cstheme="majorHAnsi"/>
          <w:sz w:val="28"/>
          <w:szCs w:val="28"/>
          <w:lang w:val="nl-BE"/>
        </w:rPr>
      </w:pPr>
      <w:r w:rsidRPr="007A3956">
        <w:rPr>
          <w:rFonts w:asciiTheme="majorHAnsi" w:hAnsiTheme="majorHAnsi" w:cstheme="majorHAnsi"/>
          <w:b/>
          <w:sz w:val="28"/>
          <w:szCs w:val="28"/>
          <w:lang w:val="nl-BE"/>
        </w:rPr>
        <w:t>‘Wie van zijn tuin een spons maakt, is véél beter bestand tegen de komende hete zomers’</w:t>
      </w:r>
      <w:r w:rsidR="00541A85" w:rsidRPr="007A3956">
        <w:rPr>
          <w:rFonts w:asciiTheme="majorHAnsi" w:hAnsiTheme="majorHAnsi" w:cstheme="majorHAnsi"/>
          <w:b/>
          <w:sz w:val="28"/>
          <w:szCs w:val="28"/>
          <w:lang w:val="nl-BE"/>
        </w:rPr>
        <w:br/>
      </w:r>
      <w:r w:rsidR="00CC4326" w:rsidRPr="007A3956">
        <w:rPr>
          <w:rFonts w:asciiTheme="majorHAnsi" w:hAnsiTheme="majorHAnsi" w:cstheme="majorHAnsi"/>
          <w:b/>
          <w:sz w:val="28"/>
          <w:szCs w:val="28"/>
          <w:lang w:val="nl-BE"/>
        </w:rPr>
        <w:br/>
      </w:r>
    </w:p>
    <w:p w14:paraId="2594AEC6" w14:textId="7E01FE79" w:rsidR="00CC4326" w:rsidRPr="007A3956" w:rsidRDefault="00000000" w:rsidP="00CC4326">
      <w:pPr>
        <w:rPr>
          <w:rFonts w:asciiTheme="majorHAnsi" w:hAnsiTheme="majorHAnsi" w:cstheme="majorHAnsi"/>
          <w:b/>
          <w:bCs/>
          <w:sz w:val="28"/>
          <w:szCs w:val="28"/>
          <w:lang w:val="nl-BE"/>
        </w:rPr>
      </w:pPr>
      <w:r w:rsidRPr="007A3956">
        <w:rPr>
          <w:rFonts w:asciiTheme="majorHAnsi" w:hAnsiTheme="majorHAnsi" w:cstheme="majorHAnsi"/>
          <w:b/>
          <w:sz w:val="28"/>
          <w:szCs w:val="28"/>
          <w:lang w:val="nl-BE"/>
        </w:rPr>
        <w:t>Wie het advies van Dieter Coppens al opvolgde – met z’n allen ‘luier gaan tuinieren’ –, zag deze zomer waarschijnlijk zelf hoe enkele simpele ingrepen je tuin veel weerbaarder én opvallend minder droog maken.</w:t>
      </w:r>
      <w:r w:rsidR="00CC4326" w:rsidRPr="007A3956">
        <w:rPr>
          <w:rFonts w:asciiTheme="majorHAnsi" w:hAnsiTheme="majorHAnsi" w:cstheme="majorHAnsi"/>
          <w:b/>
          <w:sz w:val="24"/>
          <w:lang w:val="nl-BE"/>
        </w:rPr>
        <w:t xml:space="preserve"> </w:t>
      </w:r>
      <w:r w:rsidR="00CC4326" w:rsidRPr="007A3956">
        <w:rPr>
          <w:rFonts w:asciiTheme="majorHAnsi" w:hAnsiTheme="majorHAnsi" w:cstheme="majorHAnsi"/>
          <w:b/>
          <w:bCs/>
          <w:sz w:val="28"/>
          <w:szCs w:val="28"/>
          <w:lang w:val="nl-BE"/>
        </w:rPr>
        <w:t xml:space="preserve">Zat je nog niet mee in de kar? Doe dan zeker dit jaar mee met #LaatZeLiggen en ontdek snel zelf hoe een sponstuin je bodem véél sterker maakt. </w:t>
      </w:r>
      <w:r w:rsidR="00541A85" w:rsidRPr="007A3956">
        <w:rPr>
          <w:rFonts w:asciiTheme="majorHAnsi" w:hAnsiTheme="majorHAnsi" w:cstheme="majorHAnsi"/>
          <w:b/>
          <w:bCs/>
          <w:sz w:val="28"/>
          <w:szCs w:val="28"/>
          <w:lang w:val="nl-BE"/>
        </w:rPr>
        <w:br/>
      </w:r>
      <w:r w:rsidR="00541A85" w:rsidRPr="007A3956">
        <w:rPr>
          <w:rFonts w:asciiTheme="majorHAnsi" w:hAnsiTheme="majorHAnsi" w:cstheme="majorHAnsi"/>
          <w:b/>
          <w:bCs/>
          <w:sz w:val="28"/>
          <w:szCs w:val="28"/>
          <w:lang w:val="nl-BE"/>
        </w:rPr>
        <w:br/>
      </w:r>
    </w:p>
    <w:p w14:paraId="3A975CF1" w14:textId="5401AE95" w:rsidR="009F7F31" w:rsidRPr="007A3956" w:rsidRDefault="009F7F31">
      <w:pPr>
        <w:spacing w:before="320" w:after="200"/>
        <w:rPr>
          <w:rFonts w:asciiTheme="majorHAnsi" w:hAnsiTheme="majorHAnsi" w:cstheme="majorHAnsi"/>
          <w:lang w:val="nl-BE"/>
        </w:rPr>
      </w:pPr>
    </w:p>
    <w:p w14:paraId="5BD55CA5" w14:textId="77777777" w:rsidR="009F7F31" w:rsidRPr="007A3956" w:rsidRDefault="00000000">
      <w:pPr>
        <w:spacing w:after="80"/>
        <w:rPr>
          <w:rFonts w:asciiTheme="majorHAnsi" w:hAnsiTheme="majorHAnsi" w:cstheme="majorHAnsi"/>
          <w:sz w:val="28"/>
          <w:szCs w:val="28"/>
          <w:lang w:val="nl-BE"/>
        </w:rPr>
      </w:pPr>
      <w:r w:rsidRPr="007A3956">
        <w:rPr>
          <w:rFonts w:asciiTheme="majorHAnsi" w:hAnsiTheme="majorHAnsi" w:cstheme="majorHAnsi"/>
          <w:b/>
          <w:sz w:val="28"/>
          <w:szCs w:val="28"/>
          <w:lang w:val="nl-BE"/>
        </w:rPr>
        <w:t>Wat denk je, Dieter? Dit jaar even lui blijven?</w:t>
      </w:r>
    </w:p>
    <w:p w14:paraId="235010A4" w14:textId="7936F3C7" w:rsidR="009F7F31" w:rsidRPr="007A3956" w:rsidRDefault="007A3956" w:rsidP="001527C1">
      <w:pPr>
        <w:spacing w:after="100"/>
        <w:rPr>
          <w:rFonts w:asciiTheme="majorHAnsi" w:hAnsiTheme="majorHAnsi" w:cstheme="majorHAnsi"/>
          <w:sz w:val="24"/>
          <w:szCs w:val="24"/>
          <w:lang w:val="nl-BE"/>
        </w:rPr>
      </w:pPr>
      <w:r w:rsidRPr="007A3956">
        <w:rPr>
          <w:rFonts w:asciiTheme="majorHAnsi" w:hAnsiTheme="majorHAnsi" w:cstheme="majorHAnsi"/>
          <w:b/>
          <w:bCs/>
          <w:sz w:val="24"/>
          <w:szCs w:val="24"/>
          <w:lang w:val="nl-BE"/>
        </w:rPr>
        <w:t>Dieter Coppens:</w:t>
      </w:r>
      <w:r w:rsidRPr="007A3956">
        <w:rPr>
          <w:rFonts w:asciiTheme="majorHAnsi" w:hAnsiTheme="majorHAnsi" w:cstheme="majorHAnsi"/>
          <w:sz w:val="24"/>
          <w:szCs w:val="24"/>
          <w:lang w:val="nl-BE"/>
        </w:rPr>
        <w:t xml:space="preserve"> </w:t>
      </w:r>
      <w:r w:rsidR="00000000" w:rsidRPr="007A3956">
        <w:rPr>
          <w:rFonts w:asciiTheme="majorHAnsi" w:hAnsiTheme="majorHAnsi" w:cstheme="majorHAnsi"/>
          <w:sz w:val="24"/>
          <w:szCs w:val="24"/>
          <w:lang w:val="nl-BE"/>
        </w:rPr>
        <w:t xml:space="preserve">‘Zeker! Na de extreem hete, droge zomer van 2026 is het meer dan ooit overduidelijk: ook deze herfst hoef je jezelf echt niet moe te maken aan blaadjes uit je tuin verwijderen. Het is puur bladgoud! Laat ze liggen of hark ze rondom je bomen of in je borders. </w:t>
      </w:r>
      <w:r w:rsidR="00541A85" w:rsidRPr="007A3956">
        <w:rPr>
          <w:rStyle w:val="Zwaar"/>
          <w:rFonts w:asciiTheme="majorHAnsi" w:hAnsiTheme="majorHAnsi" w:cstheme="majorHAnsi"/>
          <w:b w:val="0"/>
          <w:bCs w:val="0"/>
          <w:sz w:val="24"/>
          <w:szCs w:val="24"/>
          <w:lang w:val="nl-BE"/>
        </w:rPr>
        <w:t>Bodemdiertjes breken ze daar vanzelf af tot humus, die in de zomer water vasthoudt als een spons en je planten beschermt tegen uitdroging.’</w:t>
      </w:r>
      <w:r w:rsidR="00541A85" w:rsidRPr="007A3956">
        <w:rPr>
          <w:rStyle w:val="Zwaar"/>
          <w:rFonts w:asciiTheme="majorHAnsi" w:hAnsiTheme="majorHAnsi" w:cstheme="majorHAnsi"/>
          <w:b w:val="0"/>
          <w:bCs w:val="0"/>
          <w:sz w:val="24"/>
          <w:szCs w:val="24"/>
          <w:lang w:val="nl-BE"/>
        </w:rPr>
        <w:br/>
      </w:r>
    </w:p>
    <w:p w14:paraId="519B303B" w14:textId="1FDA596B" w:rsidR="009F7F31" w:rsidRPr="007A3956" w:rsidRDefault="00000000">
      <w:pPr>
        <w:ind w:left="283"/>
        <w:rPr>
          <w:rFonts w:asciiTheme="majorHAnsi" w:hAnsiTheme="majorHAnsi" w:cstheme="majorHAnsi"/>
          <w:sz w:val="24"/>
          <w:szCs w:val="24"/>
          <w:lang w:val="nl-BE"/>
        </w:rPr>
      </w:pPr>
      <w:r w:rsidRPr="007A3956">
        <w:rPr>
          <w:rFonts w:asciiTheme="majorHAnsi" w:hAnsiTheme="majorHAnsi" w:cstheme="majorHAnsi"/>
          <w:sz w:val="24"/>
          <w:szCs w:val="24"/>
          <w:shd w:val="clear" w:color="auto" w:fill="FFF200"/>
          <w:lang w:val="nl-BE"/>
        </w:rPr>
        <w:t>&gt; bovenstaande onderlijnde zin linken naar deze pagina:</w:t>
      </w:r>
      <w:r w:rsidR="001527C1" w:rsidRPr="007A3956">
        <w:rPr>
          <w:rFonts w:asciiTheme="majorHAnsi" w:hAnsiTheme="majorHAnsi" w:cstheme="majorHAnsi"/>
          <w:sz w:val="24"/>
          <w:szCs w:val="24"/>
          <w:shd w:val="clear" w:color="auto" w:fill="FFF200"/>
          <w:lang w:val="nl-BE"/>
        </w:rPr>
        <w:br/>
      </w:r>
      <w:r w:rsidRPr="007A3956">
        <w:rPr>
          <w:rFonts w:asciiTheme="majorHAnsi" w:hAnsiTheme="majorHAnsi" w:cstheme="majorHAnsi"/>
          <w:sz w:val="24"/>
          <w:szCs w:val="24"/>
          <w:shd w:val="clear" w:color="auto" w:fill="FFF200"/>
          <w:lang w:val="nl-BE"/>
        </w:rPr>
        <w:t xml:space="preserve"> </w:t>
      </w:r>
      <w:hyperlink r:id="rId8">
        <w:r w:rsidR="009F7F31" w:rsidRPr="007A3956">
          <w:rPr>
            <w:rFonts w:asciiTheme="majorHAnsi" w:hAnsiTheme="majorHAnsi" w:cstheme="majorHAnsi"/>
            <w:color w:val="0563C1"/>
            <w:sz w:val="24"/>
            <w:szCs w:val="24"/>
            <w:u w:val="single"/>
            <w:lang w:val="nl-BE"/>
          </w:rPr>
          <w:t>https://laatzeliggen.be/plantenbooster/</w:t>
        </w:r>
      </w:hyperlink>
    </w:p>
    <w:p w14:paraId="77B0389F" w14:textId="427FE342" w:rsidR="001527C1" w:rsidRPr="007A3956" w:rsidRDefault="001527C1" w:rsidP="001527C1">
      <w:pPr>
        <w:rPr>
          <w:rFonts w:asciiTheme="majorHAnsi" w:hAnsiTheme="majorHAnsi" w:cstheme="majorHAnsi"/>
          <w:sz w:val="24"/>
          <w:szCs w:val="24"/>
          <w:lang w:val="nl-BE"/>
        </w:rPr>
      </w:pPr>
      <w:r w:rsidRPr="007A3956">
        <w:rPr>
          <w:rFonts w:asciiTheme="majorHAnsi" w:hAnsiTheme="majorHAnsi" w:cstheme="majorHAnsi"/>
          <w:sz w:val="24"/>
          <w:szCs w:val="24"/>
          <w:shd w:val="clear" w:color="auto" w:fill="FFF200"/>
          <w:lang w:val="nl-BE"/>
        </w:rPr>
        <w:br/>
      </w:r>
      <w:r w:rsidRPr="007A3956">
        <w:rPr>
          <w:rFonts w:asciiTheme="majorHAnsi" w:hAnsiTheme="majorHAnsi" w:cstheme="majorHAnsi"/>
          <w:sz w:val="24"/>
          <w:szCs w:val="24"/>
          <w:highlight w:val="yellow"/>
          <w:lang w:val="nl-BE"/>
        </w:rPr>
        <w:t>Of alternatief:</w:t>
      </w:r>
      <w:r w:rsidRPr="007A3956">
        <w:rPr>
          <w:rFonts w:asciiTheme="majorHAnsi" w:hAnsiTheme="majorHAnsi" w:cstheme="majorHAnsi"/>
          <w:sz w:val="24"/>
          <w:szCs w:val="24"/>
          <w:lang w:val="nl-BE"/>
        </w:rPr>
        <w:t xml:space="preserve"> een kadertje in het interview zetten met de hele uitleg:</w:t>
      </w:r>
    </w:p>
    <w:p w14:paraId="49961A4E" w14:textId="3E791D5A" w:rsidR="009F7F31" w:rsidRPr="007A3956" w:rsidRDefault="009F7F31">
      <w:pPr>
        <w:spacing w:before="160"/>
        <w:rPr>
          <w:rFonts w:asciiTheme="majorHAnsi" w:hAnsiTheme="majorHAnsi" w:cstheme="majorHAnsi"/>
          <w:sz w:val="24"/>
          <w:szCs w:val="24"/>
          <w:lang w:val="nl-BE"/>
        </w:rPr>
      </w:pPr>
    </w:p>
    <w:p w14:paraId="1E7BF822" w14:textId="517CDC16" w:rsidR="009F7F31" w:rsidRPr="007A3956" w:rsidRDefault="00000000">
      <w:pPr>
        <w:rPr>
          <w:rFonts w:asciiTheme="majorHAnsi" w:hAnsiTheme="majorHAnsi" w:cstheme="majorHAnsi"/>
          <w:sz w:val="24"/>
          <w:szCs w:val="24"/>
          <w:lang w:val="nl-BE"/>
        </w:rPr>
      </w:pPr>
      <w:r w:rsidRPr="007A3956">
        <w:rPr>
          <w:rFonts w:asciiTheme="majorHAnsi" w:hAnsiTheme="majorHAnsi" w:cstheme="majorHAnsi"/>
          <w:sz w:val="24"/>
          <w:szCs w:val="24"/>
          <w:shd w:val="clear" w:color="auto" w:fill="FFF200"/>
          <w:lang w:val="nl-BE"/>
        </w:rPr>
        <w:t>&lt;</w:t>
      </w:r>
      <w:r w:rsidR="001527C1" w:rsidRPr="007A3956">
        <w:rPr>
          <w:rFonts w:asciiTheme="majorHAnsi" w:hAnsiTheme="majorHAnsi" w:cstheme="majorHAnsi"/>
          <w:sz w:val="24"/>
          <w:szCs w:val="24"/>
          <w:shd w:val="clear" w:color="auto" w:fill="FFF200"/>
          <w:lang w:val="nl-BE"/>
        </w:rPr>
        <w:t>Kadertje</w:t>
      </w:r>
      <w:r w:rsidRPr="007A3956">
        <w:rPr>
          <w:rFonts w:asciiTheme="majorHAnsi" w:hAnsiTheme="majorHAnsi" w:cstheme="majorHAnsi"/>
          <w:sz w:val="24"/>
          <w:szCs w:val="24"/>
          <w:shd w:val="clear" w:color="auto" w:fill="FFF200"/>
          <w:lang w:val="nl-BE"/>
        </w:rPr>
        <w:t>&gt;</w:t>
      </w:r>
    </w:p>
    <w:p w14:paraId="14EAE302" w14:textId="77777777" w:rsidR="009F7F31" w:rsidRPr="007A3956" w:rsidRDefault="00000000">
      <w:pPr>
        <w:spacing w:before="80" w:after="40"/>
        <w:rPr>
          <w:rFonts w:asciiTheme="majorHAnsi" w:hAnsiTheme="majorHAnsi" w:cstheme="majorHAnsi"/>
          <w:sz w:val="24"/>
          <w:szCs w:val="24"/>
          <w:lang w:val="nl-BE"/>
        </w:rPr>
      </w:pPr>
      <w:r w:rsidRPr="007A3956">
        <w:rPr>
          <w:rFonts w:asciiTheme="majorHAnsi" w:hAnsiTheme="majorHAnsi" w:cstheme="majorHAnsi"/>
          <w:sz w:val="24"/>
          <w:szCs w:val="24"/>
          <w:lang w:val="nl-BE"/>
        </w:rPr>
        <w:t>Zelf bladcompost maken? Simpel!</w:t>
      </w:r>
    </w:p>
    <w:p w14:paraId="12136F1D" w14:textId="77777777" w:rsidR="009F7F31" w:rsidRPr="007A3956" w:rsidRDefault="00000000">
      <w:pPr>
        <w:ind w:left="397" w:hanging="255"/>
        <w:rPr>
          <w:rFonts w:asciiTheme="majorHAnsi" w:hAnsiTheme="majorHAnsi" w:cstheme="majorHAnsi"/>
          <w:sz w:val="24"/>
          <w:szCs w:val="24"/>
          <w:lang w:val="nl-BE"/>
        </w:rPr>
      </w:pPr>
      <w:r w:rsidRPr="007A3956">
        <w:rPr>
          <w:rFonts w:asciiTheme="majorHAnsi" w:hAnsiTheme="majorHAnsi" w:cstheme="majorHAnsi"/>
          <w:sz w:val="24"/>
          <w:szCs w:val="24"/>
          <w:lang w:val="nl-BE"/>
        </w:rPr>
        <w:t>1.  Verzamel afgevallen bladeren en besproei ze als ze droog zijn.</w:t>
      </w:r>
    </w:p>
    <w:p w14:paraId="0E9A6588" w14:textId="77777777" w:rsidR="009F7F31" w:rsidRPr="007A3956" w:rsidRDefault="00000000">
      <w:pPr>
        <w:ind w:left="397" w:hanging="255"/>
        <w:rPr>
          <w:rFonts w:asciiTheme="majorHAnsi" w:hAnsiTheme="majorHAnsi" w:cstheme="majorHAnsi"/>
          <w:sz w:val="24"/>
          <w:szCs w:val="24"/>
          <w:lang w:val="nl-BE"/>
        </w:rPr>
      </w:pPr>
      <w:r w:rsidRPr="007A3956">
        <w:rPr>
          <w:rFonts w:asciiTheme="majorHAnsi" w:hAnsiTheme="majorHAnsi" w:cstheme="majorHAnsi"/>
          <w:sz w:val="24"/>
          <w:szCs w:val="24"/>
          <w:lang w:val="nl-BE"/>
        </w:rPr>
        <w:t>2.  Doe de bladerhoop in een grote vuilniszak en druk stevig aan.</w:t>
      </w:r>
    </w:p>
    <w:p w14:paraId="5435DC82" w14:textId="77777777" w:rsidR="009F7F31" w:rsidRPr="007A3956" w:rsidRDefault="00000000">
      <w:pPr>
        <w:ind w:left="397" w:hanging="255"/>
        <w:rPr>
          <w:rFonts w:asciiTheme="majorHAnsi" w:hAnsiTheme="majorHAnsi" w:cstheme="majorHAnsi"/>
          <w:sz w:val="24"/>
          <w:szCs w:val="24"/>
          <w:lang w:val="nl-BE"/>
        </w:rPr>
      </w:pPr>
      <w:r w:rsidRPr="007A3956">
        <w:rPr>
          <w:rFonts w:asciiTheme="majorHAnsi" w:hAnsiTheme="majorHAnsi" w:cstheme="majorHAnsi"/>
          <w:sz w:val="24"/>
          <w:szCs w:val="24"/>
          <w:lang w:val="nl-BE"/>
        </w:rPr>
        <w:t xml:space="preserve">3.  Maak </w:t>
      </w:r>
      <w:proofErr w:type="gramStart"/>
      <w:r w:rsidRPr="007A3956">
        <w:rPr>
          <w:rFonts w:asciiTheme="majorHAnsi" w:hAnsiTheme="majorHAnsi" w:cstheme="majorHAnsi"/>
          <w:sz w:val="24"/>
          <w:szCs w:val="24"/>
          <w:lang w:val="nl-BE"/>
        </w:rPr>
        <w:t>onderin</w:t>
      </w:r>
      <w:proofErr w:type="gramEnd"/>
      <w:r w:rsidRPr="007A3956">
        <w:rPr>
          <w:rFonts w:asciiTheme="majorHAnsi" w:hAnsiTheme="majorHAnsi" w:cstheme="majorHAnsi"/>
          <w:sz w:val="24"/>
          <w:szCs w:val="24"/>
          <w:lang w:val="nl-BE"/>
        </w:rPr>
        <w:t xml:space="preserve"> de zak een paar gaten zodat er zuurstof bij kan.</w:t>
      </w:r>
    </w:p>
    <w:p w14:paraId="315959B8" w14:textId="77777777" w:rsidR="009F7F31" w:rsidRPr="007A3956" w:rsidRDefault="00000000">
      <w:pPr>
        <w:ind w:left="397" w:hanging="255"/>
        <w:rPr>
          <w:rFonts w:asciiTheme="majorHAnsi" w:hAnsiTheme="majorHAnsi" w:cstheme="majorHAnsi"/>
          <w:sz w:val="24"/>
          <w:szCs w:val="24"/>
          <w:lang w:val="nl-BE"/>
        </w:rPr>
      </w:pPr>
      <w:r w:rsidRPr="007A3956">
        <w:rPr>
          <w:rFonts w:asciiTheme="majorHAnsi" w:hAnsiTheme="majorHAnsi" w:cstheme="majorHAnsi"/>
          <w:sz w:val="24"/>
          <w:szCs w:val="24"/>
          <w:lang w:val="nl-BE"/>
        </w:rPr>
        <w:t>4.  Zet de zak op een schaduwrijke plek in je tuin. Na ongeveer een jaar kan je jouw home made bladcompost gebruiken als bodemverbeteraar.</w:t>
      </w:r>
    </w:p>
    <w:p w14:paraId="4BD3B04D" w14:textId="77777777" w:rsidR="009F7F31" w:rsidRPr="007A3956" w:rsidRDefault="00000000">
      <w:pPr>
        <w:ind w:left="397" w:hanging="255"/>
        <w:rPr>
          <w:rFonts w:asciiTheme="majorHAnsi" w:hAnsiTheme="majorHAnsi" w:cstheme="majorHAnsi"/>
          <w:sz w:val="24"/>
          <w:szCs w:val="24"/>
          <w:lang w:val="nl-BE"/>
        </w:rPr>
      </w:pPr>
      <w:r w:rsidRPr="007A3956">
        <w:rPr>
          <w:rFonts w:asciiTheme="majorHAnsi" w:hAnsiTheme="majorHAnsi" w:cstheme="majorHAnsi"/>
          <w:sz w:val="24"/>
          <w:szCs w:val="24"/>
          <w:lang w:val="nl-BE"/>
        </w:rPr>
        <w:t>5.  Wie het geduld heeft om nog een jaartje te wachten, krijgt bladcompost die fijn genoeg is om bij jonge planten te strooien.</w:t>
      </w:r>
    </w:p>
    <w:p w14:paraId="131F4641" w14:textId="0214F59A" w:rsidR="009F7F31" w:rsidRPr="007A3956" w:rsidRDefault="00000000">
      <w:pPr>
        <w:rPr>
          <w:rFonts w:asciiTheme="majorHAnsi" w:hAnsiTheme="majorHAnsi" w:cstheme="majorHAnsi"/>
          <w:sz w:val="24"/>
          <w:szCs w:val="24"/>
          <w:lang w:val="nl-BE"/>
        </w:rPr>
      </w:pPr>
      <w:r w:rsidRPr="007A3956">
        <w:rPr>
          <w:rFonts w:asciiTheme="majorHAnsi" w:hAnsiTheme="majorHAnsi" w:cstheme="majorHAnsi"/>
          <w:sz w:val="24"/>
          <w:szCs w:val="24"/>
          <w:shd w:val="clear" w:color="auto" w:fill="FFF200"/>
          <w:lang w:val="nl-BE"/>
        </w:rPr>
        <w:t>&lt;/kadertje&gt;</w:t>
      </w:r>
      <w:r w:rsidR="00541A85" w:rsidRPr="007A3956">
        <w:rPr>
          <w:rFonts w:asciiTheme="majorHAnsi" w:hAnsiTheme="majorHAnsi" w:cstheme="majorHAnsi"/>
          <w:sz w:val="24"/>
          <w:szCs w:val="24"/>
          <w:shd w:val="clear" w:color="auto" w:fill="FFF200"/>
          <w:lang w:val="nl-BE"/>
        </w:rPr>
        <w:br/>
      </w:r>
    </w:p>
    <w:p w14:paraId="31D6DBA5" w14:textId="4C331EAA" w:rsidR="009F7F31" w:rsidRPr="007A3956" w:rsidRDefault="00000000">
      <w:pPr>
        <w:spacing w:before="200" w:after="100"/>
        <w:rPr>
          <w:rFonts w:asciiTheme="majorHAnsi" w:hAnsiTheme="majorHAnsi" w:cstheme="majorHAnsi"/>
          <w:sz w:val="28"/>
          <w:szCs w:val="28"/>
          <w:lang w:val="nl-BE"/>
        </w:rPr>
      </w:pPr>
      <w:r w:rsidRPr="007A3956">
        <w:rPr>
          <w:rFonts w:asciiTheme="majorHAnsi" w:hAnsiTheme="majorHAnsi" w:cstheme="majorHAnsi"/>
          <w:b/>
          <w:sz w:val="28"/>
          <w:szCs w:val="28"/>
          <w:lang w:val="nl-BE"/>
        </w:rPr>
        <w:t>Veel mensen houden juist van een piekfijne tuin. En nu kom jij met rondslingerende blaadjes?</w:t>
      </w:r>
    </w:p>
    <w:p w14:paraId="1AB50CFB" w14:textId="55DB5CFB" w:rsidR="009F7F31" w:rsidRPr="007A3956" w:rsidRDefault="00000000" w:rsidP="001527C1">
      <w:pPr>
        <w:spacing w:after="160"/>
        <w:rPr>
          <w:rFonts w:asciiTheme="majorHAnsi" w:hAnsiTheme="majorHAnsi" w:cstheme="majorHAnsi"/>
          <w:lang w:val="nl-BE"/>
        </w:rPr>
      </w:pPr>
      <w:r w:rsidRPr="007A3956">
        <w:rPr>
          <w:rFonts w:asciiTheme="majorHAnsi" w:hAnsiTheme="majorHAnsi" w:cstheme="majorHAnsi"/>
          <w:b/>
          <w:bCs/>
          <w:lang w:val="nl-BE"/>
        </w:rPr>
        <w:t>Coppens:</w:t>
      </w:r>
      <w:r w:rsidRPr="007A3956">
        <w:rPr>
          <w:rFonts w:asciiTheme="majorHAnsi" w:hAnsiTheme="majorHAnsi" w:cstheme="majorHAnsi"/>
          <w:lang w:val="nl-BE"/>
        </w:rPr>
        <w:t xml:space="preserve"> </w:t>
      </w:r>
      <w:r w:rsidR="007A3956">
        <w:rPr>
          <w:rFonts w:asciiTheme="majorHAnsi" w:hAnsiTheme="majorHAnsi" w:cstheme="majorHAnsi"/>
          <w:lang w:val="nl-BE"/>
        </w:rPr>
        <w:t>‘</w:t>
      </w:r>
      <w:r w:rsidRPr="007A3956">
        <w:rPr>
          <w:rFonts w:asciiTheme="majorHAnsi" w:hAnsiTheme="majorHAnsi" w:cstheme="majorHAnsi"/>
          <w:lang w:val="nl-BE"/>
        </w:rPr>
        <w:t>Dat begrijp ik. Vind je het te rommelig, hark de blaadjes dan naar je borders of onder bomen en hagen. Zo blijft je tuin netjes én bescherm je de bodem tegen uitdroging.</w:t>
      </w:r>
      <w:r w:rsidR="007A3956">
        <w:rPr>
          <w:rFonts w:asciiTheme="majorHAnsi" w:hAnsiTheme="majorHAnsi" w:cstheme="majorHAnsi"/>
          <w:lang w:val="nl-BE"/>
        </w:rPr>
        <w:t>’</w:t>
      </w:r>
      <w:r w:rsidR="001527C1" w:rsidRPr="007A3956">
        <w:rPr>
          <w:rFonts w:asciiTheme="majorHAnsi" w:hAnsiTheme="majorHAnsi" w:cstheme="majorHAnsi"/>
          <w:lang w:val="nl-BE"/>
        </w:rPr>
        <w:br/>
      </w:r>
    </w:p>
    <w:p w14:paraId="2EBFA9F7" w14:textId="77777777" w:rsidR="009F7F31" w:rsidRPr="007A3956" w:rsidRDefault="00000000">
      <w:pPr>
        <w:rPr>
          <w:rFonts w:asciiTheme="majorHAnsi" w:hAnsiTheme="majorHAnsi" w:cstheme="majorHAnsi"/>
          <w:sz w:val="28"/>
          <w:szCs w:val="28"/>
          <w:lang w:val="nl-BE"/>
        </w:rPr>
      </w:pPr>
      <w:r w:rsidRPr="007A3956">
        <w:rPr>
          <w:rFonts w:asciiTheme="majorHAnsi" w:hAnsiTheme="majorHAnsi" w:cstheme="majorHAnsi"/>
          <w:b/>
          <w:sz w:val="28"/>
          <w:szCs w:val="28"/>
          <w:lang w:val="nl-BE"/>
        </w:rPr>
        <w:t xml:space="preserve">Bladblazers: </w:t>
      </w:r>
      <w:proofErr w:type="spellStart"/>
      <w:r w:rsidRPr="007A3956">
        <w:rPr>
          <w:rFonts w:asciiTheme="majorHAnsi" w:hAnsiTheme="majorHAnsi" w:cstheme="majorHAnsi"/>
          <w:b/>
          <w:sz w:val="28"/>
          <w:szCs w:val="28"/>
          <w:lang w:val="nl-BE"/>
        </w:rPr>
        <w:t>yay</w:t>
      </w:r>
      <w:proofErr w:type="spellEnd"/>
      <w:r w:rsidRPr="007A3956">
        <w:rPr>
          <w:rFonts w:asciiTheme="majorHAnsi" w:hAnsiTheme="majorHAnsi" w:cstheme="majorHAnsi"/>
          <w:b/>
          <w:sz w:val="28"/>
          <w:szCs w:val="28"/>
          <w:lang w:val="nl-BE"/>
        </w:rPr>
        <w:t xml:space="preserve"> of </w:t>
      </w:r>
      <w:proofErr w:type="spellStart"/>
      <w:r w:rsidRPr="007A3956">
        <w:rPr>
          <w:rFonts w:asciiTheme="majorHAnsi" w:hAnsiTheme="majorHAnsi" w:cstheme="majorHAnsi"/>
          <w:b/>
          <w:sz w:val="28"/>
          <w:szCs w:val="28"/>
          <w:lang w:val="nl-BE"/>
        </w:rPr>
        <w:t>nay</w:t>
      </w:r>
      <w:proofErr w:type="spellEnd"/>
      <w:r w:rsidRPr="007A3956">
        <w:rPr>
          <w:rFonts w:asciiTheme="majorHAnsi" w:hAnsiTheme="majorHAnsi" w:cstheme="majorHAnsi"/>
          <w:b/>
          <w:sz w:val="28"/>
          <w:szCs w:val="28"/>
          <w:lang w:val="nl-BE"/>
        </w:rPr>
        <w:t>?</w:t>
      </w:r>
    </w:p>
    <w:p w14:paraId="09E825BA" w14:textId="77777777" w:rsidR="009F7F31" w:rsidRPr="007A3956" w:rsidRDefault="00000000">
      <w:pPr>
        <w:rPr>
          <w:rFonts w:asciiTheme="majorHAnsi" w:hAnsiTheme="majorHAnsi" w:cstheme="majorHAnsi"/>
          <w:sz w:val="28"/>
          <w:szCs w:val="28"/>
          <w:lang w:val="nl-BE"/>
        </w:rPr>
      </w:pPr>
      <w:r w:rsidRPr="007A3956">
        <w:rPr>
          <w:rFonts w:asciiTheme="majorHAnsi" w:hAnsiTheme="majorHAnsi" w:cstheme="majorHAnsi"/>
          <w:sz w:val="28"/>
          <w:szCs w:val="28"/>
          <w:highlight w:val="yellow"/>
          <w:lang w:val="nl-BE"/>
        </w:rPr>
        <w:t>Of</w:t>
      </w:r>
    </w:p>
    <w:p w14:paraId="60C9A94F" w14:textId="5400F895" w:rsidR="00CC4326" w:rsidRPr="007A3956" w:rsidRDefault="00000000" w:rsidP="007A3956">
      <w:pPr>
        <w:spacing w:after="100"/>
        <w:rPr>
          <w:rFonts w:asciiTheme="majorHAnsi" w:eastAsia="Times New Roman" w:hAnsiTheme="majorHAnsi" w:cstheme="majorHAnsi"/>
          <w:sz w:val="24"/>
          <w:szCs w:val="24"/>
          <w:lang w:val="nl-BE" w:eastAsia="nl-BE"/>
        </w:rPr>
      </w:pPr>
      <w:r w:rsidRPr="007A3956">
        <w:rPr>
          <w:rFonts w:asciiTheme="majorHAnsi" w:hAnsiTheme="majorHAnsi" w:cstheme="majorHAnsi"/>
          <w:b/>
          <w:sz w:val="28"/>
          <w:szCs w:val="28"/>
          <w:lang w:val="nl-BE"/>
        </w:rPr>
        <w:t>Bladblazers: doen of niet?</w:t>
      </w:r>
      <w:r w:rsidR="007A3956" w:rsidRPr="007A3956">
        <w:rPr>
          <w:rFonts w:asciiTheme="majorHAnsi" w:hAnsiTheme="majorHAnsi" w:cstheme="majorHAnsi"/>
          <w:b/>
          <w:sz w:val="28"/>
          <w:szCs w:val="28"/>
          <w:lang w:val="nl-BE"/>
        </w:rPr>
        <w:br/>
      </w:r>
      <w:r w:rsidR="00CC4326" w:rsidRPr="007A3956">
        <w:rPr>
          <w:rFonts w:asciiTheme="majorHAnsi" w:eastAsia="Times New Roman" w:hAnsiTheme="majorHAnsi" w:cstheme="majorHAnsi"/>
          <w:b/>
          <w:bCs/>
          <w:sz w:val="24"/>
          <w:szCs w:val="24"/>
          <w:lang w:val="nl-BE" w:eastAsia="nl-BE"/>
        </w:rPr>
        <w:t>Coppens</w:t>
      </w:r>
      <w:r w:rsidR="00CC4326" w:rsidRPr="007A3956">
        <w:rPr>
          <w:rFonts w:asciiTheme="majorHAnsi" w:eastAsia="Times New Roman" w:hAnsiTheme="majorHAnsi" w:cstheme="majorHAnsi"/>
          <w:sz w:val="24"/>
          <w:szCs w:val="24"/>
          <w:lang w:val="nl-BE" w:eastAsia="nl-BE"/>
        </w:rPr>
        <w:t xml:space="preserve">: </w:t>
      </w:r>
      <w:r w:rsidR="007A3956">
        <w:rPr>
          <w:rFonts w:asciiTheme="majorHAnsi" w:eastAsia="Times New Roman" w:hAnsiTheme="majorHAnsi" w:cstheme="majorHAnsi"/>
          <w:sz w:val="24"/>
          <w:szCs w:val="24"/>
          <w:lang w:val="nl-BE" w:eastAsia="nl-BE"/>
        </w:rPr>
        <w:t>‘</w:t>
      </w:r>
      <w:r w:rsidR="00CC4326" w:rsidRPr="007A3956">
        <w:rPr>
          <w:rFonts w:asciiTheme="majorHAnsi" w:eastAsia="Times New Roman" w:hAnsiTheme="majorHAnsi" w:cstheme="majorHAnsi"/>
          <w:sz w:val="24"/>
          <w:szCs w:val="24"/>
          <w:lang w:val="nl-BE" w:eastAsia="nl-BE"/>
        </w:rPr>
        <w:t xml:space="preserve">Liever niet. Bladblazers maken veel </w:t>
      </w:r>
      <w:r w:rsidR="007A3956" w:rsidRPr="007A3956">
        <w:rPr>
          <w:rFonts w:asciiTheme="majorHAnsi" w:eastAsia="Times New Roman" w:hAnsiTheme="majorHAnsi" w:cstheme="majorHAnsi"/>
          <w:sz w:val="24"/>
          <w:szCs w:val="24"/>
          <w:lang w:val="nl-BE" w:eastAsia="nl-BE"/>
        </w:rPr>
        <w:t>lawaai,</w:t>
      </w:r>
      <w:r w:rsidR="00CC4326" w:rsidRPr="007A3956">
        <w:rPr>
          <w:rFonts w:asciiTheme="majorHAnsi" w:eastAsia="Times New Roman" w:hAnsiTheme="majorHAnsi" w:cstheme="majorHAnsi"/>
          <w:sz w:val="24"/>
          <w:szCs w:val="24"/>
          <w:lang w:val="nl-BE" w:eastAsia="nl-BE"/>
        </w:rPr>
        <w:t xml:space="preserve"> stoten uitlaatgassen uit én ze blazen niet alleen de blaadjes, maar ook de belangrijke kleine diertjes weg. Gebruik gewoon een hark: veel vriendelijker voor de natuur én je buren. Bovendien vind ik het echt </w:t>
      </w:r>
      <w:proofErr w:type="spellStart"/>
      <w:r w:rsidR="00CC4326" w:rsidRPr="007A3956">
        <w:rPr>
          <w:rFonts w:asciiTheme="majorHAnsi" w:eastAsia="Times New Roman" w:hAnsiTheme="majorHAnsi" w:cstheme="majorHAnsi"/>
          <w:sz w:val="24"/>
          <w:szCs w:val="24"/>
          <w:lang w:val="nl-BE" w:eastAsia="nl-BE"/>
        </w:rPr>
        <w:t>mindful</w:t>
      </w:r>
      <w:proofErr w:type="spellEnd"/>
      <w:r w:rsidR="00CC4326" w:rsidRPr="007A3956">
        <w:rPr>
          <w:rFonts w:asciiTheme="majorHAnsi" w:eastAsia="Times New Roman" w:hAnsiTheme="majorHAnsi" w:cstheme="majorHAnsi"/>
          <w:sz w:val="24"/>
          <w:szCs w:val="24"/>
          <w:lang w:val="nl-BE" w:eastAsia="nl-BE"/>
        </w:rPr>
        <w:t>. Niets heerlijkers dan een kwartiertje harken.</w:t>
      </w:r>
      <w:r w:rsidR="007A3956">
        <w:rPr>
          <w:rFonts w:asciiTheme="majorHAnsi" w:eastAsia="Times New Roman" w:hAnsiTheme="majorHAnsi" w:cstheme="majorHAnsi"/>
          <w:sz w:val="24"/>
          <w:szCs w:val="24"/>
          <w:lang w:val="nl-BE" w:eastAsia="nl-BE"/>
        </w:rPr>
        <w:t>’</w:t>
      </w:r>
      <w:r w:rsidR="007A3956" w:rsidRPr="007A3956">
        <w:rPr>
          <w:rFonts w:asciiTheme="majorHAnsi" w:eastAsia="Times New Roman" w:hAnsiTheme="majorHAnsi" w:cstheme="majorHAnsi"/>
          <w:sz w:val="24"/>
          <w:szCs w:val="24"/>
          <w:lang w:val="nl-BE" w:eastAsia="nl-BE"/>
        </w:rPr>
        <w:br/>
      </w:r>
    </w:p>
    <w:p w14:paraId="669B6A07" w14:textId="5C6BC130" w:rsidR="007A3956" w:rsidRPr="007A3956" w:rsidRDefault="007D4A35" w:rsidP="007A3956">
      <w:pPr>
        <w:rPr>
          <w:rFonts w:asciiTheme="majorHAnsi" w:hAnsiTheme="majorHAnsi" w:cstheme="majorHAnsi"/>
          <w:lang w:val="nl-BE"/>
        </w:rPr>
      </w:pPr>
      <w:r w:rsidRPr="007A3956">
        <w:rPr>
          <w:rFonts w:asciiTheme="majorHAnsi" w:eastAsia="Times New Roman" w:hAnsiTheme="majorHAnsi" w:cstheme="majorHAnsi"/>
          <w:b/>
          <w:bCs/>
          <w:sz w:val="28"/>
          <w:szCs w:val="28"/>
          <w:lang w:val="nl-BE" w:eastAsia="nl-BE"/>
        </w:rPr>
        <w:t>Meer lezen?</w:t>
      </w:r>
      <w:r w:rsidRPr="007A3956">
        <w:rPr>
          <w:rFonts w:asciiTheme="majorHAnsi" w:eastAsia="Times New Roman" w:hAnsiTheme="majorHAnsi" w:cstheme="majorHAnsi"/>
          <w:sz w:val="24"/>
          <w:szCs w:val="24"/>
          <w:lang w:val="nl-BE" w:eastAsia="nl-BE"/>
        </w:rPr>
        <w:t xml:space="preserve">  </w:t>
      </w:r>
      <w:r w:rsidR="007A3956" w:rsidRPr="007A3956">
        <w:rPr>
          <w:rFonts w:asciiTheme="majorHAnsi" w:eastAsia="Times New Roman" w:hAnsiTheme="majorHAnsi" w:cstheme="majorHAnsi"/>
          <w:sz w:val="24"/>
          <w:szCs w:val="24"/>
          <w:lang w:val="nl-BE" w:eastAsia="nl-BE"/>
        </w:rPr>
        <w:br/>
      </w:r>
      <w:r w:rsidRPr="007A3956">
        <w:rPr>
          <w:rFonts w:asciiTheme="majorHAnsi" w:eastAsia="Times New Roman" w:hAnsiTheme="majorHAnsi" w:cstheme="majorHAnsi"/>
          <w:sz w:val="24"/>
          <w:szCs w:val="24"/>
          <w:lang w:val="nl-BE" w:eastAsia="nl-BE"/>
        </w:rPr>
        <w:t xml:space="preserve">Lees </w:t>
      </w:r>
      <w:hyperlink r:id="rId9" w:history="1">
        <w:r w:rsidRPr="007734A0">
          <w:rPr>
            <w:rStyle w:val="Hyperlink"/>
            <w:rFonts w:asciiTheme="majorHAnsi" w:eastAsia="Times New Roman" w:hAnsiTheme="majorHAnsi" w:cstheme="majorHAnsi"/>
            <w:sz w:val="24"/>
            <w:szCs w:val="24"/>
            <w:lang w:val="nl-BE" w:eastAsia="nl-BE"/>
          </w:rPr>
          <w:t>hier</w:t>
        </w:r>
      </w:hyperlink>
      <w:r w:rsidRPr="007A3956">
        <w:rPr>
          <w:rFonts w:asciiTheme="majorHAnsi" w:eastAsia="Times New Roman" w:hAnsiTheme="majorHAnsi" w:cstheme="majorHAnsi"/>
          <w:sz w:val="24"/>
          <w:szCs w:val="24"/>
          <w:lang w:val="nl-BE" w:eastAsia="nl-BE"/>
        </w:rPr>
        <w:t xml:space="preserve"> het volledige interview</w:t>
      </w:r>
      <w:r w:rsidR="007A3956" w:rsidRPr="007A3956">
        <w:rPr>
          <w:rFonts w:asciiTheme="majorHAnsi" w:eastAsia="Times New Roman" w:hAnsiTheme="majorHAnsi" w:cstheme="majorHAnsi"/>
          <w:sz w:val="24"/>
          <w:szCs w:val="24"/>
          <w:lang w:val="nl-BE" w:eastAsia="nl-BE"/>
        </w:rPr>
        <w:t xml:space="preserve">. </w:t>
      </w:r>
    </w:p>
    <w:p w14:paraId="7BCF69C7" w14:textId="733F8C58" w:rsidR="007D4A35" w:rsidRPr="007A3956" w:rsidRDefault="007D4A35" w:rsidP="001527C1">
      <w:pPr>
        <w:spacing w:before="100" w:beforeAutospacing="1" w:after="100" w:afterAutospacing="1"/>
        <w:rPr>
          <w:rFonts w:asciiTheme="majorHAnsi" w:hAnsiTheme="majorHAnsi" w:cstheme="majorHAnsi"/>
          <w:sz w:val="24"/>
          <w:szCs w:val="24"/>
          <w:lang w:val="nl-BE"/>
        </w:rPr>
      </w:pPr>
    </w:p>
    <w:p w14:paraId="65B8A89D" w14:textId="484220F2" w:rsidR="007A3956" w:rsidRPr="007A3956" w:rsidRDefault="007A3956" w:rsidP="007A3956">
      <w:pPr>
        <w:rPr>
          <w:rFonts w:asciiTheme="majorHAnsi" w:hAnsiTheme="majorHAnsi" w:cstheme="majorHAnsi"/>
          <w:lang w:val="nl-BE"/>
        </w:rPr>
      </w:pPr>
      <w:r w:rsidRPr="007A3956">
        <w:rPr>
          <w:rFonts w:asciiTheme="majorHAnsi" w:hAnsiTheme="majorHAnsi" w:cstheme="majorHAnsi"/>
          <w:b/>
          <w:sz w:val="28"/>
          <w:szCs w:val="28"/>
          <w:lang w:val="nl-BE"/>
        </w:rPr>
        <w:t>Doe mee &amp; win</w:t>
      </w:r>
      <w:r w:rsidRPr="007A3956">
        <w:rPr>
          <w:rFonts w:asciiTheme="majorHAnsi" w:hAnsiTheme="majorHAnsi" w:cstheme="majorHAnsi"/>
          <w:b/>
          <w:sz w:val="24"/>
          <w:szCs w:val="24"/>
          <w:lang w:val="nl-BE"/>
        </w:rPr>
        <w:br/>
      </w:r>
      <w:r w:rsidRPr="007A3956">
        <w:rPr>
          <w:rFonts w:asciiTheme="majorHAnsi" w:hAnsiTheme="majorHAnsi" w:cstheme="majorHAnsi"/>
          <w:lang w:val="nl-BE"/>
        </w:rPr>
        <w:t>R</w:t>
      </w:r>
      <w:r w:rsidRPr="007A3956">
        <w:rPr>
          <w:rFonts w:asciiTheme="majorHAnsi" w:hAnsiTheme="majorHAnsi" w:cstheme="majorHAnsi"/>
          <w:lang w:val="nl-BE"/>
        </w:rPr>
        <w:t xml:space="preserve">egistreer je </w:t>
      </w:r>
      <w:r w:rsidRPr="007A3956">
        <w:rPr>
          <w:rFonts w:asciiTheme="majorHAnsi" w:hAnsiTheme="majorHAnsi" w:cstheme="majorHAnsi"/>
          <w:lang w:val="nl-BE"/>
        </w:rPr>
        <w:t xml:space="preserve">deelname voor 15 december </w:t>
      </w:r>
      <w:r w:rsidRPr="007A3956">
        <w:rPr>
          <w:rFonts w:asciiTheme="majorHAnsi" w:hAnsiTheme="majorHAnsi" w:cstheme="majorHAnsi"/>
          <w:lang w:val="nl-BE"/>
        </w:rPr>
        <w:t xml:space="preserve">op </w:t>
      </w:r>
      <w:r w:rsidRPr="007A3956">
        <w:rPr>
          <w:rFonts w:asciiTheme="majorHAnsi" w:hAnsiTheme="majorHAnsi" w:cstheme="majorHAnsi"/>
          <w:u w:val="single"/>
          <w:lang w:val="nl-BE"/>
        </w:rPr>
        <w:t>www.laatzeliggen.be</w:t>
      </w:r>
      <w:r w:rsidRPr="007A3956">
        <w:rPr>
          <w:rFonts w:asciiTheme="majorHAnsi" w:hAnsiTheme="majorHAnsi" w:cstheme="majorHAnsi"/>
          <w:lang w:val="nl-BE"/>
        </w:rPr>
        <w:t xml:space="preserve"> en maak kans op één van de oerdegelijke tuinharken die in onze gemeente worden verloot.</w:t>
      </w:r>
      <w:r w:rsidR="004A3A82">
        <w:rPr>
          <w:rFonts w:asciiTheme="majorHAnsi" w:hAnsiTheme="majorHAnsi" w:cstheme="majorHAnsi"/>
          <w:lang w:val="nl-BE"/>
        </w:rPr>
        <w:t xml:space="preserve"> </w:t>
      </w:r>
      <w:r w:rsidRPr="007A3956">
        <w:rPr>
          <w:rFonts w:asciiTheme="majorHAnsi" w:hAnsiTheme="majorHAnsi" w:cstheme="majorHAnsi"/>
          <w:lang w:val="nl-BE"/>
        </w:rPr>
        <w:t>Veel succes!</w:t>
      </w:r>
    </w:p>
    <w:p w14:paraId="3C49FA63" w14:textId="78296B6B" w:rsidR="009F7F31" w:rsidRPr="007A3956" w:rsidRDefault="009F7F31">
      <w:pPr>
        <w:rPr>
          <w:rFonts w:asciiTheme="majorHAnsi" w:hAnsiTheme="majorHAnsi" w:cstheme="majorHAnsi"/>
          <w:sz w:val="24"/>
          <w:szCs w:val="24"/>
          <w:lang w:val="nl-BE"/>
        </w:rPr>
      </w:pPr>
    </w:p>
    <w:sectPr w:rsidR="009F7F31" w:rsidRPr="007A3956" w:rsidSect="00034616">
      <w:head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64DC" w14:textId="77777777" w:rsidR="00FE3FFF" w:rsidRDefault="00FE3FFF" w:rsidP="005B2A22">
      <w:r>
        <w:separator/>
      </w:r>
    </w:p>
  </w:endnote>
  <w:endnote w:type="continuationSeparator" w:id="0">
    <w:p w14:paraId="44556B2A" w14:textId="77777777" w:rsidR="00FE3FFF" w:rsidRDefault="00FE3FFF" w:rsidP="005B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1D7A6" w14:textId="77777777" w:rsidR="00FE3FFF" w:rsidRDefault="00FE3FFF" w:rsidP="005B2A22">
      <w:r>
        <w:separator/>
      </w:r>
    </w:p>
  </w:footnote>
  <w:footnote w:type="continuationSeparator" w:id="0">
    <w:p w14:paraId="4D3044E5" w14:textId="77777777" w:rsidR="00FE3FFF" w:rsidRDefault="00FE3FFF" w:rsidP="005B2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0520" w14:textId="61EC828F" w:rsidR="005B2A22" w:rsidRPr="00541A85" w:rsidRDefault="005B2A22" w:rsidP="005B2A22">
    <w:pPr>
      <w:pStyle w:val="Kop-envoettekst"/>
      <w:rPr>
        <w:rFonts w:asciiTheme="majorHAnsi" w:hAnsiTheme="majorHAnsi" w:cstheme="majorHAnsi"/>
      </w:rPr>
    </w:pPr>
    <w:r w:rsidRPr="00541A85">
      <w:rPr>
        <w:rFonts w:asciiTheme="majorHAnsi" w:hAnsiTheme="majorHAnsi" w:cstheme="majorHAnsi"/>
      </w:rPr>
      <w:t>Interview Dieter Coppens #LaatZeLiggen2026 – ingekort – meerdere deelnames</w:t>
    </w:r>
  </w:p>
  <w:p w14:paraId="23F12D7B" w14:textId="77777777" w:rsidR="005B2A22" w:rsidRPr="005B2A22" w:rsidRDefault="005B2A22">
    <w:pPr>
      <w:pStyle w:val="Koptekst"/>
      <w:rPr>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3E644EC6"/>
    <w:multiLevelType w:val="hybridMultilevel"/>
    <w:tmpl w:val="E0A6E3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52520776">
    <w:abstractNumId w:val="8"/>
  </w:num>
  <w:num w:numId="2" w16cid:durableId="1518883168">
    <w:abstractNumId w:val="6"/>
  </w:num>
  <w:num w:numId="3" w16cid:durableId="327026325">
    <w:abstractNumId w:val="5"/>
  </w:num>
  <w:num w:numId="4" w16cid:durableId="176508640">
    <w:abstractNumId w:val="4"/>
  </w:num>
  <w:num w:numId="5" w16cid:durableId="2051874875">
    <w:abstractNumId w:val="7"/>
  </w:num>
  <w:num w:numId="6" w16cid:durableId="428694422">
    <w:abstractNumId w:val="3"/>
  </w:num>
  <w:num w:numId="7" w16cid:durableId="1356539451">
    <w:abstractNumId w:val="2"/>
  </w:num>
  <w:num w:numId="8" w16cid:durableId="753668040">
    <w:abstractNumId w:val="1"/>
  </w:num>
  <w:num w:numId="9" w16cid:durableId="2083092051">
    <w:abstractNumId w:val="0"/>
  </w:num>
  <w:num w:numId="10" w16cid:durableId="1704750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7C1"/>
    <w:rsid w:val="0029639D"/>
    <w:rsid w:val="00326F90"/>
    <w:rsid w:val="004A3A82"/>
    <w:rsid w:val="00541A85"/>
    <w:rsid w:val="005B2A22"/>
    <w:rsid w:val="00720030"/>
    <w:rsid w:val="007734A0"/>
    <w:rsid w:val="007A3956"/>
    <w:rsid w:val="007D4A35"/>
    <w:rsid w:val="007E3171"/>
    <w:rsid w:val="0088058A"/>
    <w:rsid w:val="00936CC5"/>
    <w:rsid w:val="009F7F31"/>
    <w:rsid w:val="00A66CB5"/>
    <w:rsid w:val="00AA1D8D"/>
    <w:rsid w:val="00B47730"/>
    <w:rsid w:val="00C275B4"/>
    <w:rsid w:val="00CB0664"/>
    <w:rsid w:val="00CC4326"/>
    <w:rsid w:val="00DE1C5E"/>
    <w:rsid w:val="00E26999"/>
    <w:rsid w:val="00F1197E"/>
    <w:rsid w:val="00FC693F"/>
    <w:rsid w:val="00FE3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15322"/>
  <w14:defaultImageDpi w14:val="300"/>
  <w15:docId w15:val="{D64E1D9E-464D-450E-BF50-764B38B18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0" w:line="240" w:lineRule="auto"/>
    </w:pPr>
    <w:rPr>
      <w:rFonts w:ascii="Aptos" w:hAnsi="Aptos"/>
    </w:rPr>
  </w:style>
  <w:style w:type="paragraph" w:styleId="Kop1">
    <w:name w:val="heading 1"/>
    <w:basedOn w:val="Standaard"/>
    <w:next w:val="Standaard"/>
    <w:link w:val="Kop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op-envoettekst">
    <w:name w:val="Kop- en voettekst"/>
    <w:rsid w:val="005B2A22"/>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nl-BE" w:eastAsia="nl-NL"/>
      <w14:textOutline w14:w="0" w14:cap="flat" w14:cmpd="sng" w14:algn="ctr">
        <w14:noFill/>
        <w14:prstDash w14:val="solid"/>
        <w14:bevel/>
      </w14:textOutline>
    </w:rPr>
  </w:style>
  <w:style w:type="character" w:styleId="Hyperlink">
    <w:name w:val="Hyperlink"/>
    <w:rsid w:val="007A3956"/>
    <w:rPr>
      <w:u w:val="single"/>
    </w:rPr>
  </w:style>
  <w:style w:type="character" w:styleId="Onopgelostemelding">
    <w:name w:val="Unresolved Mention"/>
    <w:basedOn w:val="Standaardalinea-lettertype"/>
    <w:uiPriority w:val="99"/>
    <w:semiHidden/>
    <w:unhideWhenUsed/>
    <w:rsid w:val="007734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atzeliggen.be/plantenboost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aatzeliggen.be/int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3031</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els beeckx</cp:lastModifiedBy>
  <cp:revision>9</cp:revision>
  <dcterms:created xsi:type="dcterms:W3CDTF">2026-08-31T17:42:00Z</dcterms:created>
  <dcterms:modified xsi:type="dcterms:W3CDTF">2026-09-02T15:16:00Z</dcterms:modified>
  <cp:category/>
</cp:coreProperties>
</file>